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160" w:type="dxa"/>
              <w:start w:w="180" w:type="dxa"/>
              <w:bottom w:w="150" w:type="dxa"/>
              <w:end w:w="18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34"/>
              </w:rPr>
              <w:t>07. During the Works Control Expanded Checklist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FFFFFF"/>
                <w:sz w:val="19"/>
              </w:rPr>
              <w:t>Maintain control of safety, quality, programme, cost, change and operational impact while construction is under way.</w:t>
            </w:r>
          </w:p>
        </w:tc>
      </w:tr>
    </w:tbl>
    <w:p>
      <w:pPr>
        <w:keepNext w:val="0"/>
        <w:keepLines w:val="0"/>
        <w:spacing w:before="14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1"/>
        </w:rPr>
        <w:t>PROJECT DETAILS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title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controlled project title used on approvals, appointments and contract documents.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reference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Use the organisation’s project number or another unique reference that will remain stable throughout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Client / organisation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legal or operational client organisation responsible for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Site / building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Identify the building, site, floor, room or package clearly enough for another reviewer to understand the project boundary.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Prepared by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Name the person coordinating this review. Technical or legal answers should still be confirmed by the appropriately appointed adviser.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Review date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date of this review. Update it when the checklist is formally revisited.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</w:tbl>
    <w:p>
      <w:pPr>
        <w:keepNext w:val="0"/>
        <w:keepLines w:val="0"/>
        <w:spacing w:before="10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7"/>
        </w:rPr>
        <w:t xml:space="preserve">Document version: </w:t>
      </w:r>
      <w:r>
        <w:rPr>
          <w:rFonts w:ascii="Arial" w:hAnsi="Arial" w:eastAsia="Arial" w:cs="Arial"/>
          <w:b w:val="0"/>
          <w:i w:val="0"/>
          <w:color w:val="666666"/>
          <w:sz w:val="17"/>
        </w:rPr>
        <w:t>1.0  |  22 July 2026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9"/>
              </w:rPr>
              <w:t>HOW TO USE THIS CHECKLIST</w:t>
            </w:r>
          </w:p>
          <w:p>
            <w:pPr>
              <w:keepNext w:val="0"/>
              <w:keepLines w:val="0"/>
              <w:spacing w:before="0" w:after="60" w:line="252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Open the file early and keep it live. Select a status for every line, record the evidence or decision, and give every action an owner and due date. Use N/A only where the matter genuinely does not apply and explain why. A checklist supports client governance; it does not replace project-specific professional, legal, technical, safety or procurement advice.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/>
                <w:i w:val="0"/>
                <w:color w:val="1F4E78"/>
                <w:sz w:val="16"/>
              </w:rPr>
              <w:t>Status:  [ ] Not reviewed   [ ] Complete   [ ] Action required   [ ] Risk accepted   [ ] Not applicable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3"/>
        </w:rPr>
        <w:t>EXPANDED WORKING CHECKLIST</w:t>
      </w:r>
    </w:p>
    <w:p>
      <w:pPr>
        <w:keepNext/>
        <w:keepLines w:val="0"/>
        <w:spacing w:before="0" w:after="120" w:line="240" w:lineRule="auto"/>
      </w:pPr>
      <w:r>
        <w:rPr>
          <w:rFonts w:ascii="Arial" w:hAnsi="Arial" w:eastAsia="Arial" w:cs="Arial"/>
          <w:b w:val="0"/>
          <w:i/>
          <w:color w:val="666666"/>
          <w:sz w:val="17"/>
        </w:rPr>
        <w:t>Complete each item with the project team. Attach or identify supporting evidence where appropriate.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A1  |  GOVERNANCE AND RECORDS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authorised instruction and communication route remains understood.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client should not direct the contractor’s workforce or bypass the contract administrator or named authority.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A2  |  GOVERNANCE AND RECORDS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Hold regular progress meetings with concise action-focused minutes.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decisions, actions, owners, due dates and changes to the contractual or programme position.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A3  |  GOVERNANCE AND RECORDS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Maintain a live decision and information schedule.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Show what is needed from the client and consultants, the latest date and risk of delay.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A4  |  GOVERNANCE AND RECORDS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Maintain controlled drawings, specifications, instructions and registers.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the site team is working from current information and superseded documents are withdrawn.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A5  |  GOVERNANCE AND RECORDS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Maintain a current risk and issue register.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probability, impact, owner, mitigation, review date and any cost or programme allowance.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B1  |  SAFETY AND COMPLIANCE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principal-contractor and principal-designer reports.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Focus on significant project risks, design changes, coordination and matters requiring client action.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B2  |  SAFETY AND COMPLIANCE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Escalate serious safety concerns through the correct route.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client should ensure concerns are addressed without taking control of the contractor’s means and methods.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B3  |  SAFETY AND COMPLIANCE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statutory inspections, notices and approvals are progressing.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Track building control, planning conditions, utilities, fire, environmental and other required evidence.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B4  |  SAFETY AND COMPLIANCE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Control asbestos, hazardous-material and unexpected-condition discoveries.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stop-work, investigation, instruction and record processes before work resumes.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B5  |  SAFETY AND COMPLIANCE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temporary works and critical-stage controls.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design, checking, permits, inspections and removal arrangements for high-risk temporary works.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C1  |  QUALITY AND SPECIFICATION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quality plans, inspections and test records.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Confirm agreed hold points and benchmarks are being used and non-conformances are recorded and closed.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C2  |  QUALITY AND SPECIFICATION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Inspect work at appropriate stages before it is concealed.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Coordinate consultant, client and specialist inspections and retain photographs or records where useful.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C3  |  QUALITY AND SPECIFICATION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Control samples, mock-ups and product approvals.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approved reference, location, date and any conditions before bulk installation.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C4  |  QUALITY AND SPECIFICATION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proposed substitutions before purchase or installation.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Assess performance, appearance, compliance, durability, maintenance, warranty, cost and programme.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C5  |  QUALITY AND SPECIFICATION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Track defects and incomplete work during construction.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Early correction is usually easier and cheaper than compiling a large list at handover.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C6  |  QUALITY AND SPECIFICATION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Protect completed and existing work.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Review damage prevention, weather protection, storage, temporary coverings and responsibility for making good.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D1  |  PROGRESS AND PROGRAMME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Compare actual progress with the accepted programme.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objective milestones, completed quantities, photographs and critical-path information rather than a percentage alone.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D2  |  PROGRESS AND PROGRAMME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the forecast completion date and recovery action.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cause, contractual notices, mitigation, client decisions and whether recovery is credible.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D3  |  PROGRESS AND PROGRAMME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Track design, approvals and long-lead procurement.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Confirm outstanding information and orders will not undermine later activities or handover.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D4  |  PROGRESS AND PROGRAMME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access, shutdowns, phasing and operational constraints ahead of time.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Reconfirm notices, permits, decant, user communications and contingency before each disruptive activity.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D5  |  PROGRESS AND PROGRAMME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delay and disruption events contemporaneously.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Keep instructions, notices, programmes, photographs, labour or access records as required for later assessment.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E1  |  COST AND PAYMENT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contractor applications against work completed and contract rules.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valuation evidence, materials on or off site, retention, previous payments and approved changes.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E2  |  COST AND PAYMENT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Maintain an updated cost report and forecast final cost.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Show original sum, approved changes, anticipated changes, claims, risk, contingency, fees and remaining authority.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E3  |  COST AND PAYMENT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Reconcile the change register to instructions and cost reports.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No approved or anticipated change should be missing from the forecast.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E4  |  COST AND PAYMENT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provisional sums and allowances before expenditure.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Confirm scope, quotations, tendering or valuation approach and who may authorise commitment.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E5  |  COST AND PAYMENT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claims, loss and expense or compensation events early.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contractual notices, basis, supporting evidence, provisional exposure and advice needed.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E6  |  COST AND PAYMENT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Track client-direct costs and work by others.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furniture, IT, decant, utilities, fees, surveys and operational costs outside the main contract.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F1  |  CHANGE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the need and reason for every proposed change.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Distinguish necessary correction, client enhancement, unforeseen condition, compliance need and contractor proposal.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F2  |  CHANGE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Assess scope, cost, programme, quality and operational impact before approval.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all consequences, including fees, risk, testing, maintenance and effect on other work.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F3  |  CHANGE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authority before issuing or accepting a change.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Urgency should not bypass delegated limits unless the emergency procedure is properly recorded.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F4  |  CHANGE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Issue formal instructions through the contract route.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Avoid verbal directions, informal emails or site conversations that create uncertain scope and payment.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F5  |  CHANGE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Track quotations and agree prices promptly where possible.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assumptions, labour, materials, overhead, programme effect and status if work proceeds before final agreement.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F6  |  CHANGE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Update drawings, specifications, registers and client records after change.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final information must reflect what was actually approved and built.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G1  |  SITE AND CLIENT OPERATIONS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Monitor access, cleanliness, noise, dust, security and user segregation.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Review actual performance against the agreed logistics and occupied-building plan.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G2  |  SITE AND CLIENT OPERATIONS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Plan disruptive work and shutdowns through the client approval route.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Confirm notice, user impact, permits, contingency, testing and reinstatement.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G3  |  SITE AND CLIENT OPERATIONS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Keep affected users and stakeholders informed.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Communicate confirmed facts, dates, impacts and contact routes without undermining contractual responsibility.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G4  |  SITE AND CLIENT OPERATIONS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Coordinate client-supplied items and other contractors.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Track design information, procurement, delivery, access, installation, testing and interfaces.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H1  |  HANDOVER PREPARATION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the commissioning programme regularly.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Confirm specialists, witnesses, temporary conditions, records and time for correction before handover.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H2  |  HANDOVER PREPARATION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O&amp;M, as-built, asset and health-and-safety information progressively.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Reject incomplete placeholders early and track document owners and review comments.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H3  |  HANDOVER PREPARATION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Plan training, demonstrations and user familiarisation.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Set dates before specialists leave site and ensure the right operational staff can attend.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H4  |  HANDOVER PREPARATION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practical-completion and occupation readiness dates.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Allow time for inspections, cleaning, defects, certification, furniture, IT, security and client setup.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H5  |  HANDOVER PREPARATION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Capture decisions, photographs and lessons that will be needed later.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Good records support final account, defects, maintenance, warranty and future alteration work.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p>
      <w:r>
        <w:rPr>
          <w:rFonts w:ascii="Arial" w:hAnsi="Arial" w:eastAsia="Arial" w:cs="Arial"/>
          <w:sz w:val="19"/>
        </w:rPr>
        <w:br w:type="page"/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Mar>
              <w:top w:w="120" w:type="dxa"/>
              <w:start w:w="150" w:type="dxa"/>
              <w:bottom w:w="110" w:type="dxa"/>
              <w:end w:w="150" w:type="dxa"/>
            </w:tcMar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26"/>
              </w:rPr>
              <w:t>STAGE GATE DECISION</w:t>
            </w:r>
          </w:p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Gate test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The current forecast, risks, changes and decisions are understood, and the project remains controlled against the approved scope, cost and completion requirements.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Decision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[ ] Approved to proceed    [ ] Approved with conditions    [ ] Do not proceed    [ ] Review not yet completed</w:t>
            </w:r>
          </w:p>
        </w:tc>
      </w:tr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 w:eastAsia="Arial" w:cs="Arial"/>
                <w:sz w:val="19"/>
              </w:rPr>
            </w:r>
          </w:p>
          <w:tbl>
            <w:tblPr>
              <w:tblW w:type="dxa" w:w="8742"/>
              <w:tblLayout w:type="fixed"/>
              <w:tblLook w:firstColumn="1" w:firstRow="1" w:lastColumn="0" w:lastRow="0" w:noHBand="0" w:noVBand="1" w:val="04A0"/>
            </w:tblPr>
            <w:tblGrid>
              <w:gridCol w:w="4513"/>
              <w:gridCol w:w="4513"/>
            </w:tblGrid>
            <w:tr>
              <w:tc>
                <w:tcPr>
                  <w:tcW w:type="dxa" w:w="5386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Approved by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  <w:tc>
                <w:tcPr>
                  <w:tcW w:type="dxa" w:w="3402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Date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</w:tr>
          </w:tbl>
          <w:p/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Conditions, exceptions and residual risks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666666"/>
                <w:sz w:val="16"/>
              </w:rPr>
              <w:t>Record every condition or accepted exception, together with its owner and completion date where relevant.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</w:tc>
      </w:tr>
    </w:tbl>
    <w:p>
      <w:pPr>
        <w:keepNext w:val="0"/>
        <w:keepLines w:val="0"/>
        <w:spacing w:before="160" w:after="0" w:line="240" w:lineRule="auto"/>
      </w:pPr>
      <w:r>
        <w:rPr>
          <w:rFonts w:ascii="Arial" w:hAnsi="Arial" w:eastAsia="Arial" w:cs="Arial"/>
          <w:b w:val="0"/>
          <w:i/>
          <w:color w:val="666666"/>
          <w:sz w:val="15"/>
        </w:rPr>
        <w:t>Building Project Checklists — expanded downloadable resource | Version 1.0, 22 July 2026. For client-side project governance. Confirm current legislation, contract terms, organisational procedures and project-specific professional advice.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40" w:right="1440" w:bottom="1440" w:left="144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center"/>
    </w:pPr>
    <w:r>
      <w:rPr>
        <w:rFonts w:ascii="Arial" w:hAnsi="Arial" w:eastAsia="Arial" w:cs="Arial"/>
        <w:b w:val="0"/>
        <w:i w:val="0"/>
        <w:color w:val="666666"/>
        <w:sz w:val="15"/>
      </w:rPr>
      <w:t xml:space="preserve">Expanded downloadable resource  |  Chapter 07  |  Page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of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40" w:line="240" w:lineRule="auto"/>
      <w:jc w:val="left"/>
      <w:pBdr>
        <w:bottom w:val="single" w:sz="6" w:space="2" w:color="1F4E78"/>
      </w:pBdr>
    </w:pPr>
    <w:r>
      <w:rPr>
        <w:rFonts w:ascii="Arial" w:hAnsi="Arial" w:eastAsia="Arial" w:cs="Arial"/>
        <w:b/>
        <w:i w:val="0"/>
        <w:color w:val="1F4E78"/>
        <w:sz w:val="15"/>
      </w:rPr>
      <w:t>BUILDING PROJECT CHECKLISTS</w:t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 |  During the Works Control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FFFFF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07. During the Works Control Expanded Checklist</dc:title>
  <dc:subject>Expanded client-side building project checklist</dc:subject>
  <dc:creator>Chris Wilkinson</dc:creator>
  <cp:keywords/>
  <dc:description>A4 portrait printable expanded checklist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