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tcMar>
              <w:top w:w="160" w:type="dxa"/>
              <w:start w:w="180" w:type="dxa"/>
              <w:bottom w:w="150" w:type="dxa"/>
              <w:end w:w="18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34"/>
              </w:rPr>
              <w:t>02. Consultant Appointment Expanded Checklist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FFFFFF"/>
                <w:sz w:val="19"/>
              </w:rPr>
              <w:t>Buy the advice, competence and deliverables the project actually needs.</w:t>
            </w:r>
          </w:p>
        </w:tc>
      </w:tr>
    </w:tbl>
    <w:p>
      <w:pPr>
        <w:keepNext w:val="0"/>
        <w:keepLines w:val="0"/>
        <w:spacing w:before="14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1"/>
        </w:rPr>
        <w:t>PROJECT DETAILS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title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controlled project title used on approvals, appointments and contract documents.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reference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Use the organisation’s project number or another unique reference that will remain stable throughout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Client / organisation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legal or operational client organisation responsible for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Site / building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Identify the building, site, floor, room or package clearly enough for another reviewer to understand the project boundary.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Prepared by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Name the person coordinating this review. Technical or legal answers should still be confirmed by the appropriately appointed adviser.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Review date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date of this review. Update it when the checklist is formally revisited.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</w:tbl>
    <w:p>
      <w:pPr>
        <w:keepNext w:val="0"/>
        <w:keepLines w:val="0"/>
        <w:spacing w:before="10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7"/>
        </w:rPr>
        <w:t xml:space="preserve">Document version: </w:t>
      </w:r>
      <w:r>
        <w:rPr>
          <w:rFonts w:ascii="Arial" w:hAnsi="Arial" w:eastAsia="Arial" w:cs="Arial"/>
          <w:b w:val="0"/>
          <w:i w:val="0"/>
          <w:color w:val="666666"/>
          <w:sz w:val="17"/>
        </w:rPr>
        <w:t>1.0  |  22 July 2026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9"/>
              </w:rPr>
              <w:t>HOW TO USE THIS CHECKLIST</w:t>
            </w:r>
          </w:p>
          <w:p>
            <w:pPr>
              <w:keepNext w:val="0"/>
              <w:keepLines w:val="0"/>
              <w:spacing w:before="0" w:after="60" w:line="252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Open the file early and keep it live. Select a status for every line, record the evidence or decision, and give every action an owner and due date. Use N/A only where the matter genuinely does not apply and explain why. A checklist supports client governance; it does not replace project-specific professional, legal, technical, safety or procurement advice.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/>
                <w:i w:val="0"/>
                <w:color w:val="1F4E78"/>
                <w:sz w:val="16"/>
              </w:rPr>
              <w:t>Status:  [ ] Not reviewed   [ ] Complete   [ ] Action required   [ ] Risk accepted   [ ] Not applicable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3"/>
        </w:rPr>
        <w:t>EXPANDED WORKING CHECKLIST</w:t>
      </w:r>
    </w:p>
    <w:p>
      <w:pPr>
        <w:keepNext/>
        <w:keepLines w:val="0"/>
        <w:spacing w:before="0" w:after="120" w:line="240" w:lineRule="auto"/>
      </w:pPr>
      <w:r>
        <w:rPr>
          <w:rFonts w:ascii="Arial" w:hAnsi="Arial" w:eastAsia="Arial" w:cs="Arial"/>
          <w:b w:val="0"/>
          <w:i/>
          <w:color w:val="666666"/>
          <w:sz w:val="17"/>
        </w:rPr>
        <w:t>Complete each item with the project team. Attach or identify supporting evidence where appropriate.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A1  |  ROLE AND NEED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why the consultant is being appointed and the outcome expected.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the client problem the appointment must solve and the stage or decision the consultant must support.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A2  |  ROLE AND NEED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professional discipline and role required.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Do not assume one adviser covers every service. Consider architect, building surveyor, engineer, quantity surveyor, project manager, principal designer and specialist roles separately.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A3  |  ROLE AND NEED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the project stages covered by the appointment.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whether the service includes briefing, surveys, design, approvals, tender, contract administration, site inspections, handover and defects.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A4  |  ROLE AND NEED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who leads and coordinates the consultant team.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the lead designer, project manager or other coordinator and the limits of that role.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B1  |  SCOPE AND DELIVERABLES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Attach a clear schedule of services to the appointment.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specific activities and outputs rather than broad phrases such as full service or standard duties.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B2  |  SCOPE AND DELIVERABLES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List every required drawing, report, schedule, model, application and certificate.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format, level of detail, revision control, programme date and acceptance criteria for each deliverable.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B3  |  SCOPE AND DELIVERABLES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responsibility for surveys and existing information.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who commissions, scopes, reviews and relies on measured, condition, structural, services, drainage, asbestos and other surveys.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B4  |  SCOPE AND DELIVERABLES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responsibility for the specification and tender documents.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who produces, coordinates and checks drawings, specifications, schedules, preliminaries, pricing information and document registers.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B5  |  SCOPE AND DELIVERABLES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responsibility for statutory approvals.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who prepares, submits and monitors planning, listed building, building-control and other applications, and who answers queries or conditions.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B6  |  SCOPE AND DELIVERABLES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cost-management responsibilities.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who prepares estimates and cost plans, tests design changes, reports forecast cost, reviews tenders and values variations or payments.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B7  |  SCOPE AND DELIVERABLES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tender and contractor-appointment services.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tender-list advice, query responses, tender analysis, clarification, recommendation, contract preparation and appointment support.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B8  |  SCOPE AND DELIVERABLES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construction-stage duties and inspection frequency.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meeting attendance, inspections, reports, instructions, payment certification, quality review and response times.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B9  |  SCOPE AND DELIVERABLES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handover and close-out duties.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practical-completion advice, defects lists, O&amp;M review, as-built information, training, final account, defects-period inspections and final certification.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B10  |  SCOPE AND DELIVERABLES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List exclusions and services available only for an additional fee.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Make each exclusion visible before appointment and decide who will provide the missing service.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C1  |  COMPETENCE AND CAPACITY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Check relevant qualifications, experience and professional membership.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Focus on experience relevant to the project type, scale, complexity, occupied setting, heritage status and technical risk.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C2  |  COMPETENCE AND CAPACITY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examples of comparable completed projects.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Ask what the consultant actually did, the challenges encountered and whether references can confirm performance.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C3  |  COMPETENCE AND CAPACITY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the named individuals who will deliver the work.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Distinguish the person presented at interview from the day-to-day team. Record roles, availability and delegated authority.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C4  |  COMPETENCE AND CAPACITY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current workload and resource capacity.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that the team can meet the required programme and respond during tender, construction and handover periods.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C5  |  COMPETENCE AND CAPACITY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Assess knowledge of the site, building type and client operation.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Consider live buildings, safeguarding, business continuity, heritage, specialist systems, security and maintenance constraints.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C6  |  COMPETENCE AND CAPACITY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Check design-risk and health-and-safety competence where relevant.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For CDM roles, seek evidence of organisational capability, relevant experience, systems and suitable individual competence.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C7  |  COMPETENCE AND CAPACITY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Check financial standing and business continuity proportionately.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Consider company status, credit risk, reliance on key individuals, succession and the effect if the consultant becomes unavailable.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D1  |  FEES AND PAYMENT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fee basis and what it includes.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fixed fee, percentage, time charge or stage fee, together with assumptions, expenses, disbursements and VAT.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D2  |  FEES AND PAYMENT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Break fees down by stage, discipline and deliverable.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 breakdown makes omissions and later changes easier to identify than one undivided total.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D3  |  FEES AND PAYMENT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rates and approval rules for additional services.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when an additional fee may arise, who may authorise it and the information required before work proceeds.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D4  |  FEES AND PAYMENT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payment dates, invoicing evidence and dispute procedures.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Align the appointment with the client finance process and applicable construction-payment requirements.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D5  |  FEES AND PAYMENT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Check that the fee is realistic for the service required.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An unusually low fee may reflect reduced scope, limited attendance or reliance on later additional services. Test the resource allowance.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E1  |  LEGAL AND INSURANCE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Use an appropriate written appointment.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Avoid relying on a fee email alone. The appointment should contain services, terms, liabilities, payment, copyright, termination and dispute provisions.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E2  |  LEGAL AND INSURANCE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professional indemnity insurance.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insurer, policy limit, basis, exclusions, excess and required duration. Check that the cover suits the project risk and appointment obligations.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E3  |  LEGAL AND INSURANCE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liability caps, net-contribution clauses and exclusions.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Obtain legal or insurance advice where the proposed limits do not match the client risk or funding requirements.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E4  |  LEGAL AND INSURANCE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copyright and licence rights in drawings and data.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The client should have the rights needed to construct, operate, maintain, alter and complete the project if the appointment ends.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E5  |  LEGAL AND INSURANCE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collateral warranties, third-party rights or funder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required beneficiaries, forms, execution method and delivery dates before appointment.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E6  |  LEGAL AND INSURANCE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confidentiality, data protection and information-security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Address sensitive plans, personal data, security systems, surveys, photographs and use of cloud collaboration platforms.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F1  |  COORDINATION AND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Create a responsibility matrix across all consultants and client teams.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every activity has one clear owner and that duplicated or missing responsibilities are resolved.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F2  |  COORDINATION AND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document control, file formats and common data arrangements.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naming, revision, status, issue process, model requirements, software compatibility and storage location.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F3  |  COORDINATION AND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Set meeting, reporting and communication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meeting frequency, attendees, report content, decision logs, risk reporting and expected response times.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F4  |  COORDINATION AND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consultant will work within the approved brief, budget and programme.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Require early warning when client requirements cannot be met rather than silent design development beyond authority.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F5  |  COORDINATION AND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change-control and instruction routes.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who can request, design, cost and approve changes, and how additional fees and programme effects will be agreed.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F6  |  COORDINATION AND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CDM and Building Regulations duty-holder interfaces.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which appointment includes each statutory role and how duty holders will cooperate and share information.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G1  |  APPOINTMENT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Check references, conflicts of interest and prior involvement.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relationships with contractors or suppliers, previous design work and any control needed to protect impartial advice.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G2  |  APPOINTMENT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a mobilisation and deliverables programme.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client information dates, review periods, approval points and dependencies between consultants.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G3  |  APPOINTMENT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Complete internal approvals and procurement records.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Retain the selection rationale, fee comparison, approvals, declarations and executed terms in the project file.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G4  |  APPOINTMENT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Ensure the appointment is signed before substantive work starts.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Do not allow urgency to create an informal service with uncertain terms or unapproved fees.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G5  |  APPOINTMENT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Brief the appointed consultant on client procedures and site rules.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Cover governance, finance, communications, information security, access, safeguarding and operational restrictions.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G6  |  APPOINTMENT CONTROL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Set planned appointment reviews.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Review scope, performance, resource, fees and emerging gaps at key stage gateways and before construction begins.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p>
      <w:r>
        <w:rPr>
          <w:rFonts w:ascii="Arial" w:hAnsi="Arial" w:eastAsia="Arial" w:cs="Arial"/>
          <w:sz w:val="19"/>
        </w:rPr>
        <w:br w:type="page"/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Mar>
              <w:top w:w="120" w:type="dxa"/>
              <w:start w:w="150" w:type="dxa"/>
              <w:bottom w:w="110" w:type="dxa"/>
              <w:end w:w="150" w:type="dxa"/>
            </w:tcMar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26"/>
              </w:rPr>
              <w:t>STAGE GATE DECISION</w:t>
            </w:r>
          </w:p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Gate test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The consultant role, scope, deliverables, fees, liabilities and interfaces are recorded in an executed appointment before substantive work begins.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Decision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[ ] Approved to proceed    [ ] Approved with conditions    [ ] Do not proceed    [ ] Review not yet completed</w:t>
            </w:r>
          </w:p>
        </w:tc>
      </w:tr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 w:eastAsia="Arial" w:cs="Arial"/>
                <w:sz w:val="19"/>
              </w:rPr>
            </w:r>
          </w:p>
          <w:tbl>
            <w:tblPr>
              <w:tblW w:type="dxa" w:w="8742"/>
              <w:tblLayout w:type="fixed"/>
              <w:tblLook w:firstColumn="1" w:firstRow="1" w:lastColumn="0" w:lastRow="0" w:noHBand="0" w:noVBand="1" w:val="04A0"/>
            </w:tblPr>
            <w:tblGrid>
              <w:gridCol w:w="4513"/>
              <w:gridCol w:w="4513"/>
            </w:tblGrid>
            <w:tr>
              <w:tc>
                <w:tcPr>
                  <w:tcW w:type="dxa" w:w="5386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Approved by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  <w:tc>
                <w:tcPr>
                  <w:tcW w:type="dxa" w:w="3402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Date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</w:tr>
          </w:tbl>
          <w:p/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Conditions, exceptions and residual risks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666666"/>
                <w:sz w:val="16"/>
              </w:rPr>
              <w:t>Record every condition or accepted exception, together with its owner and completion date where relevant.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</w:tc>
      </w:tr>
    </w:tbl>
    <w:p>
      <w:pPr>
        <w:keepNext w:val="0"/>
        <w:keepLines w:val="0"/>
        <w:spacing w:before="160" w:after="0" w:line="240" w:lineRule="auto"/>
      </w:pPr>
      <w:r>
        <w:rPr>
          <w:rFonts w:ascii="Arial" w:hAnsi="Arial" w:eastAsia="Arial" w:cs="Arial"/>
          <w:b w:val="0"/>
          <w:i/>
          <w:color w:val="666666"/>
          <w:sz w:val="15"/>
        </w:rPr>
        <w:t>Building Project Checklists — expanded downloadable resource | Version 1.0, 22 July 2026. For client-side project governance. Confirm current legislation, contract terms, organisational procedures and project-specific professional advice.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40" w:right="1440" w:bottom="1440" w:left="144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center"/>
    </w:pPr>
    <w:r>
      <w:rPr>
        <w:rFonts w:ascii="Arial" w:hAnsi="Arial" w:eastAsia="Arial" w:cs="Arial"/>
        <w:b w:val="0"/>
        <w:i w:val="0"/>
        <w:color w:val="666666"/>
        <w:sz w:val="15"/>
      </w:rPr>
      <w:t xml:space="preserve">Expanded downloadable resource  |  Chapter 02  |  Page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of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40" w:line="240" w:lineRule="auto"/>
      <w:jc w:val="left"/>
      <w:pBdr>
        <w:bottom w:val="single" w:sz="6" w:space="2" w:color="1F4E78"/>
      </w:pBdr>
    </w:pPr>
    <w:r>
      <w:rPr>
        <w:rFonts w:ascii="Arial" w:hAnsi="Arial" w:eastAsia="Arial" w:cs="Arial"/>
        <w:b/>
        <w:i w:val="0"/>
        <w:color w:val="1F4E78"/>
        <w:sz w:val="15"/>
      </w:rPr>
      <w:t>BUILDING PROJECT CHECKLISTS</w:t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 |  Consultant Appointment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FFFFF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Consultant Appointment Expanded Checklist</dc:title>
  <dc:subject>Expanded client-side building project checklist</dc:subject>
  <dc:creator>Chris Wilkinson</dc:creator>
  <cp:keywords/>
  <dc:description>A4 portrait printable expanded checklist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