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60" w:type="dxa"/>
              <w:start w:w="180" w:type="dxa"/>
              <w:bottom w:w="150" w:type="dxa"/>
              <w:end w:w="18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34"/>
              </w:rPr>
              <w:t>01. Project Brief Expanded Checklist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FFFFFF"/>
                <w:sz w:val="19"/>
              </w:rPr>
              <w:t>Turn the client need into a clear, testable instruction before design work begins.</w:t>
            </w:r>
          </w:p>
        </w:tc>
      </w:tr>
    </w:tbl>
    <w:p>
      <w:pPr>
        <w:keepNext w:val="0"/>
        <w:keepLines w:val="0"/>
        <w:spacing w:before="14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1"/>
        </w:rPr>
        <w:t>PROJECT DETAILS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title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controlled project title used on approvals, appointments and contract documents.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reference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Use the organisation’s project number or another unique reference that will remain stable throughout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Client / organisation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legal or operational client organisation responsible for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Site / building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Identify the building, site, floor, room or package clearly enough for another reviewer to understand the project boundary.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Prepared by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Name the person coordinating this review. Technical or legal answers should still be confirmed by the appropriately appointed adviser.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Review date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date of this review. Update it when the checklist is formally revisited.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</w:tbl>
    <w:p>
      <w:pPr>
        <w:keepNext w:val="0"/>
        <w:keepLines w:val="0"/>
        <w:spacing w:before="10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7"/>
        </w:rPr>
        <w:t xml:space="preserve">Document version: </w:t>
      </w:r>
      <w:r>
        <w:rPr>
          <w:rFonts w:ascii="Arial" w:hAnsi="Arial" w:eastAsia="Arial" w:cs="Arial"/>
          <w:b w:val="0"/>
          <w:i w:val="0"/>
          <w:color w:val="666666"/>
          <w:sz w:val="17"/>
        </w:rPr>
        <w:t>1.0  |  22 July 2026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9"/>
              </w:rPr>
              <w:t>HOW TO USE THIS CHECKLIST</w:t>
            </w:r>
          </w:p>
          <w:p>
            <w:pPr>
              <w:keepNext w:val="0"/>
              <w:keepLines w:val="0"/>
              <w:spacing w:before="0" w:after="60" w:line="252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Open the file early and keep it live. Select a status for every line, record the evidence or decision, and give every action an owner and due date. Use N/A only where the matter genuinely does not apply and explain why. A checklist supports client governance; it does not replace project-specific professional, legal, technical, safety or procurement advice.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1F4E78"/>
                <w:sz w:val="16"/>
              </w:rPr>
              <w:t>Status:  [ ] Not reviewed   [ ] Complete   [ ] Action required   [ ] Risk accepted   [ ] Not applicable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3"/>
        </w:rPr>
        <w:t>EXPANDED WORKING CHECKLIST</w:t>
      </w:r>
    </w:p>
    <w:p>
      <w:pPr>
        <w:keepNext/>
        <w:keepLines w:val="0"/>
        <w:spacing w:before="0" w:after="120" w:line="240" w:lineRule="auto"/>
      </w:pPr>
      <w:r>
        <w:rPr>
          <w:rFonts w:ascii="Arial" w:hAnsi="Arial" w:eastAsia="Arial" w:cs="Arial"/>
          <w:b w:val="0"/>
          <w:i/>
          <w:color w:val="666666"/>
          <w:sz w:val="17"/>
        </w:rPr>
        <w:t>Complete each item with the project team. Attach or identify supporting evidence where appropriate.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A1  |  NEED AND PURPOSE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State the problem, opportunity or service need that has triggered the project.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Describe the present situation in plain language. Refer to condition evidence, capacity problems, compliance needs, operational change, user demand or another objective reason for acting.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A2  |  NEED AND PURPOSE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Explain why action is needed now.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deadlines, worsening condition, funding windows, lease events, statutory dates, service pressures or other reasons why the project cannot simply be deferred.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A3  |  NEED AND PURPOSE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the consequence of doing nothing.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safety, service interruption, loss of capacity, maintenance cost, reputational risk, income, compliance and the effect on users.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A4  |  NEED AND PURPOSE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the principal outcome rather than prescribing a building solution.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what must be achieved. Keep open the possibility that repair, reuse, operational change, relocation or a smaller intervention could meet the need.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A5  |  NEED AND PURPOSE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Set measurable success criteria.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outcomes that can be checked later, such as capacity, condition standard, completion date, energy use, user satisfaction, accessibility or budget limit.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A6  |  NEED AND PURPOSE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Rank the project priorities.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Agree the relative importance of cost, time, quality, scope, disruption, sustainability, heritage, flexibility and future expansion. Record where trade-offs may be acceptable.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B1  |  USERS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every user group affected by the project.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normal users, visitors, contractors, maintenance staff, cleaners, emergency services, people with accessibility needs and any occasional or peak users.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B2  |  USERS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Describe the activities, occupancy and operating hours the completed space must support.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normal, peak and occasional numbers, duration of use, supervision, privacy, noise, storage and specialist activity requirements.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B3  |  USERS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accessibility and inclusion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step-free access, accessible sanitary provision, sensory needs, assisted evacuation, wayfinding, hearing enhancement, lighting and inclusive use rather than minimum compliance alone.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B4  |  USERS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safeguarding, security and access-control needs.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secure zones, public and staff routes, visitor management, lone working, deliveries, out-of-hours use and any need to separate users from work or plant areas.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B5  |  USERS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Describe how the completed building or area will be operated.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staffing, opening hours, booking, cleaning, waste, deliveries, furniture moves, IT support, security and response to faults.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B6  |  USERS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Describe how the completed assets will be maintained and replaced.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access to plant, safe maintenance zones, replacement routes, preferred standard components, service contracts and the client team that will inherit the assets.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C1  |  SCOPE AND BOUNDARIES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the physical boundary of the project.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rooms, floors, roofs, external areas, service routes, plant spaces, compounds, access routes and any enabling or off-site work.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C2  |  SCOPE AND BOUNDARIES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List the work and outcomes expressly included.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demolition, making good, temporary works, decant, furniture, ICT, AV, signage, landscaping, commissioning, training and post-completion support where relevant.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C3  |  SCOPE AND BOUNDARIES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List exclusions, work by others and client-supplied items.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Name the responsible party and explain how each interface will be coordinated, procured, delivered and tested.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C4  |  SCOPE AND BOUNDARIES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assumptions that must be tested.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Examples include service capacity, concealed construction, reuse of equipment, planning status, existing drawings, asbestos information and availability of temporary accommodation.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C5  |  SCOPE AND BOUNDARIES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interfaces with adjacent projects, landlords, tenants, neighbours or shared services.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who controls each interface, the information needed and the dates by which agreement must be reached.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C6  |  SCOPE AND BOUNDARIES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the required quality and appearance.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durability, finishes, performance, preferred products, mock-ups, samples, heritage requirements and any organisational standards.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D1  |  SITE INFORMATION AND SURVEYS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List the existing drawings, records and reports available.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title, revision, date, source and where each document is stored. Note whether dimensions, services and construction have been verified.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D2  |  SITE INFORMATION AND SURVEYS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the surveys and investigations required before design decisions are fixed.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measured, condition, structural, drainage, utilities, asbestos, hazardous materials, ground, ecology, heritage, fire and building-services surveys.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D3  |  SITE INFORMATION AND SURVEYS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known site and building constraints.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access, parking, delivery restrictions, working hours, noise, dust, vibration, security, occupied areas, live services and restricted dates.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D4  |  SITE INFORMATION AND SURVEYS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information gaps and assign an owner and deadline.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Do not allow an unknown to remain invisible. Decide whether it will be investigated, designed around, priced as an allowance or retained as a client risk.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D5  |  SITE INFORMATION AND SURVEYS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existing service capacity and connection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electricity, water, drainage, gas, data, fire alarm, security and controls. Record any utility applications, shutdowns or upgrades needed.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D6  |  SITE INFORMATION AND SURVEYS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hazardous or fragile materials and structures.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asbestos, lead paint, contaminated land, fragile roofs, unstable fabric and materials requiring specialist handling or conservation advice.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E1  |  APPROVALS AND DUTIES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planning, listed building and conservation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the likely application route, consultation needs, supporting information, decision timescale and any conditions or heritage constraints.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E2  |  APPROVALS AND DUTIES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Building Regulations and building-control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the proposed building-control route, design information required, inspections, completion evidence and any higher-risk building considerations.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E3  |  APPROVALS AND DUTIES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CDM client duties and required duty-holder appointments.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who will act as client, principal designer and principal contractor, when appointments are needed and what pre-construction information must be assembled.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E4  |  APPROVALS AND DUTIES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fire, licensing, landlord, lease, party-wall, highways and utility approvals.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all third-party permissions rather than relying only on planning and building control.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E5  |  APPROVALS AND DUTIES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insurance, funding and governance conditions.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insurer requirements, grant conditions, lender approvals, committee decisions, delegated limits and any audit or procurement rules.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F1  |  BUDGET AND VALUE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the authorised total project budget and VAT basis.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Separate construction, professional fees, surveys, approvals, furniture/equipment, decant, client costs, risk and VAT where appropriate.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F2  |  BUDGET AND VALUE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Set an appropriate risk and contingency allowance.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Base the allowance on known uncertainty, project stage and site risk. Do not hide unfunded scope inside a general contingency.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F3  |  BUDGET AND VALUE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how cost will be tested as the design develops.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the cost adviser, cost-plan stages, reporting format, change-control process and who may approve movement between budget headings.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F4  |  BUDGET AND VALUE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Consider whole-life cost and operational affordability.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energy, maintenance, servicing, staffing, cleaning, replacement and disposal implications of the proposed outcome.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G1  |  PROGRAMME AND DELIVERY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Set the required completion, occupation and operational dates.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Distinguish construction completion from the date users need a fully equipped, cleaned, commissioned and operational facility.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G2  |  PROGRAMME AND DELIVERY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fixed dates and operational blackout periods.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examinations, events, peak trading, term dates, shutdown windows, seasonal constraints, funding deadlines and notice periods.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G3  |  PROGRAMME AND DELIVERY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Allow time for surveys, approvals, design, tendering, mobilisation and commissioning.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a realistic stage programme. Avoid setting a site-start date first and forcing every preceding activity into an impossible timescale.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G4  |  PROGRAMME AND DELIVERY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long-lead client decisions, equipment and statutory activities.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the latest decision dates needed to avoid delay, including furniture, ICT, utilities, specialist equipment and approvals.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G5  |  PROGRAMME AND DELIVERY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Select an initial procurement and contract strategy for testing.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whether traditional, design and build, framework, negotiated or another route is being considered and why it suits the brief, risk and programme.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H1  |  GOVERNANCE AND APPROVAL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the project sponsor, client lead and decision-makers.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who owns the business need, who manages the project day to day and who has authority over scope, budget, programme and procurement.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H2  |  GOVERNANCE AND APPROVAL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consultation and communication arrangements.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users, facilities, IT, security, finance, procurement, communications and other stakeholders, including when their input is needed.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H3  |  GOVERNANCE AND APPROVAL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Create a controlled brief and change record.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Give the brief a revision number, approval date and document owner. Record every later change with its reason, cost, programme and approval consequence.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H4  |  GOVERNANCE AND APPROVAL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unresolved decisions, risks and dependencies.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List what remains open, who owns it and the latest date for resolution. Distinguish stop items from matters that can continue under controlled action.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H5  |  GOVERNANCE AND APPROVAL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Obtain formal approval to proceed to consultant appointment and design.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approval should confirm need, scope, budget, programme, governance and known uncertainty, not merely authorise expenditure.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p>
      <w:r>
        <w:rPr>
          <w:rFonts w:ascii="Arial" w:hAnsi="Arial" w:eastAsia="Arial" w:cs="Arial"/>
          <w:sz w:val="19"/>
        </w:rPr>
        <w:br w:type="page"/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Mar>
              <w:top w:w="120" w:type="dxa"/>
              <w:start w:w="150" w:type="dxa"/>
              <w:bottom w:w="110" w:type="dxa"/>
              <w:end w:w="150" w:type="dxa"/>
            </w:tcMar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26"/>
              </w:rPr>
              <w:t>STAGE GATE DECISION</w:t>
            </w:r>
          </w:p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Gate test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The brief is approved, affordable at a strategic level and sufficiently clear for consultants to begin work without relying on hidden assumptions.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Decision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[ ] Approved to proceed    [ ] Approved with conditions    [ ] Do not proceed    [ ] Review not yet completed</w:t>
            </w:r>
          </w:p>
        </w:tc>
      </w:tr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 w:cs="Arial"/>
                <w:sz w:val="19"/>
              </w:rPr>
            </w:r>
          </w:p>
          <w:tbl>
            <w:tblPr>
              <w:tblW w:type="dxa" w:w="8742"/>
              <w:tblLayout w:type="fixed"/>
              <w:tblLook w:firstColumn="1" w:firstRow="1" w:lastColumn="0" w:lastRow="0" w:noHBand="0" w:noVBand="1" w:val="04A0"/>
            </w:tblPr>
            <w:tblGrid>
              <w:gridCol w:w="4513"/>
              <w:gridCol w:w="4513"/>
            </w:tblGrid>
            <w:tr>
              <w:tc>
                <w:tcPr>
                  <w:tcW w:type="dxa" w:w="5386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Approved by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  <w:tc>
                <w:tcPr>
                  <w:tcW w:type="dxa" w:w="3402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Date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</w:tr>
          </w:tbl>
          <w:p/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Conditions, exceptions and residual risks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666666"/>
                <w:sz w:val="16"/>
              </w:rPr>
              <w:t>Record every condition or accepted exception, together with its owner and completion date where relevant.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</w:tc>
      </w:tr>
    </w:tbl>
    <w:p>
      <w:pPr>
        <w:keepNext w:val="0"/>
        <w:keepLines w:val="0"/>
        <w:spacing w:before="160" w:after="0" w:line="240" w:lineRule="auto"/>
      </w:pPr>
      <w:r>
        <w:rPr>
          <w:rFonts w:ascii="Arial" w:hAnsi="Arial" w:eastAsia="Arial" w:cs="Arial"/>
          <w:b w:val="0"/>
          <w:i/>
          <w:color w:val="666666"/>
          <w:sz w:val="15"/>
        </w:rPr>
        <w:t>Building Project Checklists — expanded downloadable resource | Version 1.0, 22 July 2026. For client-side project governance. Confirm current legislation, contract terms, organisational procedures and project-specific professional advice.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center"/>
    </w:pPr>
    <w:r>
      <w:rPr>
        <w:rFonts w:ascii="Arial" w:hAnsi="Arial" w:eastAsia="Arial" w:cs="Arial"/>
        <w:b w:val="0"/>
        <w:i w:val="0"/>
        <w:color w:val="666666"/>
        <w:sz w:val="15"/>
      </w:rPr>
      <w:t xml:space="preserve">Expanded downloadable resource  |  Chapter 01  |  Page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of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40" w:line="240" w:lineRule="auto"/>
      <w:jc w:val="left"/>
      <w:pBdr>
        <w:bottom w:val="single" w:sz="6" w:space="2" w:color="1F4E78"/>
      </w:pBdr>
    </w:pPr>
    <w:r>
      <w:rPr>
        <w:rFonts w:ascii="Arial" w:hAnsi="Arial" w:eastAsia="Arial" w:cs="Arial"/>
        <w:b/>
        <w:i w:val="0"/>
        <w:color w:val="1F4E78"/>
        <w:sz w:val="15"/>
      </w:rPr>
      <w:t>BUILDING PROJECT CHECKLISTS</w:t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 |  Project Brief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FFFFF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 Project Brief Expanded Checklist</dc:title>
  <dc:subject>Expanded client-side building project checklist</dc:subject>
  <dc:creator>Chris Wilkinson</dc:creator>
  <cp:keywords/>
  <dc:description>A4 portrait printable expanded checklist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